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0539»</w:t>
      </w:r>
    </w:p>
    <w:p>
      <w:r>
        <w:t>Артикул LD-08617. Исполнение Светло-голубой. Страна производства Южная Корея (KR).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LD-TOASTER-0539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LD-08617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LD-08617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LD-08617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