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0537»</w:t>
      </w:r>
    </w:p>
    <w:p>
      <w:r>
        <w:t>Артикул LD-08579.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