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0535»</w:t>
      </w:r>
    </w:p>
    <w:p>
      <w:r>
        <w:t>Артикул LD-08547.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