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Органайзер «Порядок 0054»</w:t>
      </w:r>
    </w:p>
    <w:p>
      <w:r>
        <w:t>Артикул LD-00853. Исполнение Дуб и синий металл. Страна производства Италия (IT).</w:t>
      </w:r>
    </w:p>
    <w:p>
      <w:r>
        <w:t>Настольный органайзер помогает хранить мелкие предметы в отдельных отделениях. Материалы: Дуб, шпон, металл. В этом исполнении используется цвет «Дуб и синий металл». Размер товара: 32 × 24 × 12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LD-ORGANIZER-0054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LD-00853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38 × 30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LD-00853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LD-00853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