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0534»</w:t>
      </w:r>
    </w:p>
    <w:p>
      <w:r>
        <w:t>Артикул LD-08529. Исполнение Дымчато-синий. Страна производства Канада (CA).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LD-LAMP-0534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LD-08529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LD-08529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LD-08529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