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0533»</w:t>
      </w:r>
    </w:p>
    <w:p>
      <w:r>
        <w:t>Артикул LD-08522.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LD-08522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LD-08522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LD-08522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