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0532»</w:t>
      </w:r>
    </w:p>
    <w:p>
      <w:r>
        <w:t>Артикул LD-08499. Исполнение Серо-синяя обивка. Страна производства Канада (CA).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LD-CHAIR-0532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LD-08499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LD-08499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LD-08499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