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0516»</w:t>
      </w:r>
    </w:p>
    <w:p>
      <w:r>
        <w:t>Артикул LD-08245. Исполнение Дуб и синий металл. Страна производства Япония (JP).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LD-ORGANIZER-0516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LD-08245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LD-08245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LD-08245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