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0514»</w:t>
      </w:r>
    </w:p>
    <w:p>
      <w:r>
        <w:t>Артикул LD-08212.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