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0510»</w:t>
      </w:r>
    </w:p>
    <w:p>
      <w:r>
        <w:t>Артикул LD-08149.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