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0507»</w:t>
      </w:r>
    </w:p>
    <w:p>
      <w:r>
        <w:t>Артикул LD-08100. Исполнение Светло-серая керамика. Страна производства Япония (JP).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LD-08100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