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0505»</w:t>
      </w:r>
    </w:p>
    <w:p>
      <w:r>
        <w:t>Артикул LD-08075. Исполнение Дуб и голубой циферблат. Страна производства Беларусь (BY).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LD-08075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