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0503»</w:t>
      </w:r>
    </w:p>
    <w:p>
      <w:r>
        <w:t>Артикул LD-08043.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LD-08043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