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0497»</w:t>
      </w:r>
    </w:p>
    <w:p>
      <w:r>
        <w:t>Артикул LD-07952.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LD-07952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