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0496»</w:t>
      </w:r>
    </w:p>
    <w:p>
      <w:r>
        <w:t>Артикул LD-07934. Исполнение Дуб и синяя полка. Страна производства Польша (PL).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LD-SIDE-TABLE-0496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LD-07934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LD-07934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LD-07934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