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0496»</w:t>
      </w:r>
    </w:p>
    <w:p>
      <w:r>
        <w:t>Артикул LD-07930. Исполнение Светло-голубой. Страна производства Беларусь (BY).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LD-MUG-0496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LD-07930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LD-07930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LD-07930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