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0492»</w:t>
      </w:r>
    </w:p>
    <w:p>
      <w:r>
        <w:t>Артикул LD-07857. Исполнение Дымчато-синий. Страна производства Германия (DE).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LD-LAMP-0492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LD-07857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LD-07857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LD-07857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