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0489»</w:t>
      </w:r>
    </w:p>
    <w:p>
      <w:r>
        <w:t>Артикул LD-07820. Исполнение Дымчато-синий. Страна производства Япония (JP).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LD-07820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LD-07820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LD-07820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