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0489»</w:t>
      </w:r>
    </w:p>
    <w:p>
      <w:r>
        <w:t>Артикул LD-07814. Исполнение Синяя клетка. Страна производства Канада (CA).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