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0488»</w:t>
      </w:r>
    </w:p>
    <w:p>
      <w:r>
        <w:t>Артикул LD-07808. Исполнение Сталь и синие ручки. Страна производства США (US).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LD-CUTLERY-0488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LD-07808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США (US)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LD-07808    США (US)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LD-07808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