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0488»</w:t>
      </w:r>
    </w:p>
    <w:p>
      <w:r>
        <w:t>Артикул LD-07806. Исполнение Дуб и синяя полка. Страна производства Россия (RU).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