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0474»</w:t>
      </w:r>
    </w:p>
    <w:p>
      <w:r>
        <w:t>Артикул LD-07573.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