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0474»</w:t>
      </w:r>
    </w:p>
    <w:p>
      <w:r>
        <w:t>Артикул LD-07569.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LD-07569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