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0473»</w:t>
      </w:r>
    </w:p>
    <w:p>
      <w:r>
        <w:t>Артикул LD-07567. Исполнение Серо-синий в полоску. Страна производства Южная Корея (KR).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LD-07567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LD-07567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LD-07567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