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0469»</w:t>
      </w:r>
    </w:p>
    <w:p>
      <w:r>
        <w:t>Артикул LD-07502. Исполнение Дуб и синяя полка. Страна производства Германия (DE).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LD-07502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