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0468»</w:t>
      </w:r>
    </w:p>
    <w:p>
      <w:r>
        <w:t>Артикул LD-07484. Исполнение Дымчато-синий. Страна производства Польша (PL).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LD-MIRROR-0468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LD-07484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LD-07484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LD-07484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