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0468»</w:t>
      </w:r>
    </w:p>
    <w:p>
      <w:r>
        <w:t>Артикул LD-07475. Исполнение Серо-синяя обивка. Страна производства Япония (JP).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LD-CHAIR-0468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LD-07475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LD-07475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LD-07475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