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0463»</w:t>
      </w:r>
    </w:p>
    <w:p>
      <w:r>
        <w:t>Артикул LD-07404. Исполнение Дымчато-синий. Страна производства Канада (CA).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LD-07404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