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0461»</w:t>
      </w:r>
    </w:p>
    <w:p>
      <w:r>
        <w:t>Артикул LD-07365. Исполнение Дуб и синий металл. Страна производства Беларусь (BY).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LD-07365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LD-07365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LD-07365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