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0458»</w:t>
      </w:r>
    </w:p>
    <w:p>
      <w:r>
        <w:t>Артикул LD-07326. Исполнение Дуб и синяя полка. Страна производства Россия (RU).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LD-SIDE-TABLE-0458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LD-07326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LD-07326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LD-07326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