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0005»</w:t>
      </w:r>
    </w:p>
    <w:p>
      <w:r>
        <w:t>Артикул LD-00073.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