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0456»</w:t>
      </w:r>
    </w:p>
    <w:p>
      <w:r>
        <w:t>Артикул LD-07290.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