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0451»</w:t>
      </w:r>
    </w:p>
    <w:p>
      <w:r>
        <w:t>Артикул LD-07209. Исполнение Светло-голубой. Страна производства Польша (PL).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LD-TOASTER-0451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LD-07209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LD-07209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LD-07209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