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0451»</w:t>
      </w:r>
    </w:p>
    <w:p>
      <w:r>
        <w:t>Артикул LD-07205.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