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0451»</w:t>
      </w:r>
    </w:p>
    <w:p>
      <w:r>
        <w:t>Артикул LD-07201. Исполнение Дымчато-синий. Страна производства Россия (RU).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LD-07201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