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0449»</w:t>
      </w:r>
    </w:p>
    <w:p>
      <w:r>
        <w:t>Артикул LD-07180.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LD-07180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