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0444»</w:t>
      </w:r>
    </w:p>
    <w:p>
      <w:r>
        <w:t>Артикул LD-07104.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LD-07104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