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0443»</w:t>
      </w:r>
    </w:p>
    <w:p>
      <w:r>
        <w:t>Артикул LD-07084. Исполнение Дымчато-синий. Страна производства Канада (CA).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LD-MIRROR-0443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LD-07084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LD-07084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LD-07084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