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0442»</w:t>
      </w:r>
    </w:p>
    <w:p>
      <w:r>
        <w:t>Артикул LD-07065. Исполнение Светло-голубой. Страна производства Япония (JP).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LD-07065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