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0441»</w:t>
      </w:r>
    </w:p>
    <w:p>
      <w:r>
        <w:t>Артикул LD-07043. Исполнение Серо-синяя обивка. Страна производства США (US).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LD-CHAIR-0441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LD-07043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LD-07043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LD-07043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