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0439»</w:t>
      </w:r>
    </w:p>
    <w:p>
      <w:r>
        <w:t>Артикул LD-07016. Исполнение Дымчато-синий. Страна производства Китай (CN).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LD-COFFEE-GRINDER-0439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LD-07016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