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0428»</w:t>
      </w:r>
    </w:p>
    <w:p>
      <w:r>
        <w:t>Артикул LD-06838. Исполнение Синяя клетка. Страна производства США (US).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LD-06838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