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0426»</w:t>
      </w:r>
    </w:p>
    <w:p>
      <w:r>
        <w:t>Артикул LD-06804. Исполнение Светло-серая керамика. Страна производства Польша (PL).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LD-VASE-0426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LD-06804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LD-06804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LD-06804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