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Плед «Объятие 0425»</w:t>
      </w:r>
    </w:p>
    <w:p>
      <w:r>
        <w:t>Артикул LD-06790. Исполнение Синяя клетка. Страна производства Япония (JP).</w:t>
      </w:r>
    </w:p>
    <w:p>
      <w:r>
        <w:t>Плед подходит для отдыха дома и оформления дивана или кресла. Материалы: Хлопок, шерсть. В этом исполнении используется цвет «Синяя клетка». Размер товара: 140 × 200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LD-BLANKET-0425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LD-06790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Синяя клетка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Япония (JP)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Тексталия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Хлопок, шерсть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12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Проверьте ярлык по уходу перед первой стиркой.</w:t>
      </w:r>
    </w:p>
    <w:p>
      <w:pPr>
        <w:pStyle w:val="Heading1"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Температура стирки по учебным характеристикам: 30 °C. Используйте деликатный режим.</w:t>
      </w:r>
    </w:p>
    <w:p>
      <w:r>
        <w:t>Сушите естественным способом; избегайте отбеливателей и интенсивного отжима.</w:t>
      </w:r>
    </w:p>
    <w:p>
      <w:pPr>
        <w:pStyle w:val="Heading1"/>
      </w:pPr>
      <w:r>
        <w:t>Упаковка</w:t>
      </w:r>
    </w:p>
    <w:p>
      <w:r>
        <w:t>В упаковке 1 шт. Размер упаковки 42 × 34 × 12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LD-06790    Япония (JP)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LD-06790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