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Стул «Мягкая линия 0425»</w:t>
      </w:r>
    </w:p>
    <w:p>
      <w:r>
        <w:t>Артикул LD-06787. Исполнение Серо-синяя обивка. Страна производства Южная Корея (KR).</w:t>
      </w:r>
    </w:p>
    <w:p>
      <w:r>
        <w:t>Стул подходит для размещения у обеденного или рабочего стола. Материалы: Бук, ткань. В этом исполнении используется цвет «Серо-синяя обивка». Размер товара: 48 × 52 × 79 см.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LD-CHAIR-0425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LD-06787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Серо-синяя обивка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Серо-синяя обивка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Южная Корея (KR)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Дубелия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Бук, ткань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24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Разместите изделие на устойчивом основании; при необходимости выполните сборку по комплектной схеме.</w:t>
      </w:r>
    </w:p>
    <w:p>
      <w:pPr>
        <w:pStyle w:val="Heading1"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Убирайте пыль мягкой тканью; не используйте растворители и абразивные губки.</w:t>
      </w:r>
    </w:p>
    <w:p>
      <w:r>
        <w:t>Избегайте ударов и нагрузки выше значения в характеристиках.</w:t>
      </w:r>
    </w:p>
    <w:p>
      <w:pPr>
        <w:pStyle w:val="Heading1"/>
      </w:pPr>
      <w:r>
        <w:t>Упаковка</w:t>
      </w:r>
    </w:p>
    <w:p>
      <w:r>
        <w:t>В упаковке 1 шт. Размер упаковки 56 × 58 × 86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LD-06787    Южная Корея (KR)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LD-06787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