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0424»</w:t>
      </w:r>
    </w:p>
    <w:p>
      <w:r>
        <w:t>Артикул LD-06774. Исполнение Синяя клетка. Страна производства Польша (PL).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