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0424»</w:t>
      </w:r>
    </w:p>
    <w:p>
      <w:r>
        <w:t>Артикул LD-06773. Исполнение Дуб и синий металл. Страна производства Италия (IT).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