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0422»</w:t>
      </w:r>
    </w:p>
    <w:p>
      <w:r>
        <w:t>Артикул LD-06742. Исполнение Синяя клетка. Страна производства Южная Корея (KR).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LD-BLANKET-0422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LD-06742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LD-06742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LD-06742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