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0418»</w:t>
      </w:r>
    </w:p>
    <w:p>
      <w:r>
        <w:t>Артикул LD-06675. Исполнение Серо-синяя обивка. Страна производства Япония (JP).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LD-06675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