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0417»</w:t>
      </w:r>
    </w:p>
    <w:p>
      <w:r>
        <w:t>Артикул LD-06660. Исполнение Светло-серая керамика. Страна производства Япония (JP).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LD-VASE-0417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LD-06660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LD-06660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LD-06660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